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D0E9A" w14:textId="3D7E37E9" w:rsidR="005C7DDF" w:rsidRPr="005C7DDF" w:rsidRDefault="00C9349A">
      <w:pPr>
        <w:pStyle w:val="Title"/>
        <w:rPr>
          <w:sz w:val="40"/>
          <w:szCs w:val="40"/>
        </w:rPr>
      </w:pPr>
      <w:r w:rsidRPr="005C7DDF">
        <w:rPr>
          <w:sz w:val="40"/>
          <w:szCs w:val="40"/>
        </w:rPr>
        <w:t>Town of Nashvill</w:t>
      </w:r>
      <w:r w:rsidR="005C7DDF" w:rsidRPr="005C7DDF">
        <w:rPr>
          <w:sz w:val="40"/>
          <w:szCs w:val="40"/>
        </w:rPr>
        <w:t>e</w:t>
      </w:r>
    </w:p>
    <w:p w14:paraId="302EE074" w14:textId="31729B50" w:rsidR="00801BBA" w:rsidRDefault="005C7DDF">
      <w:pPr>
        <w:pStyle w:val="Title"/>
        <w:rPr>
          <w:sz w:val="24"/>
          <w:szCs w:val="24"/>
        </w:rPr>
      </w:pPr>
      <w:r w:rsidRPr="005C7DDF">
        <w:rPr>
          <w:sz w:val="24"/>
          <w:szCs w:val="24"/>
        </w:rPr>
        <w:t>4265 State Hwy 55, Crandon, WI  54520</w:t>
      </w:r>
    </w:p>
    <w:p w14:paraId="1165941E" w14:textId="77777777" w:rsidR="00801BBA" w:rsidRDefault="00C9349A">
      <w:pPr>
        <w:pStyle w:val="Heading1"/>
      </w:pPr>
      <w:r>
        <w:t>Application for Permit to Perform Utility Work in Town Road Right-of-Way</w:t>
      </w:r>
    </w:p>
    <w:p w14:paraId="00EFEB70" w14:textId="77777777" w:rsidR="00801BBA" w:rsidRDefault="00C9349A">
      <w:r>
        <w:t xml:space="preserve">Instructions: Complete all sections of this application and submit </w:t>
      </w:r>
      <w:proofErr w:type="gramStart"/>
      <w:r>
        <w:t>it</w:t>
      </w:r>
      <w:proofErr w:type="gramEnd"/>
      <w:r>
        <w:t xml:space="preserve"> to the Town Clerk or </w:t>
      </w:r>
      <w:proofErr w:type="gramStart"/>
      <w:r>
        <w:t>designee</w:t>
      </w:r>
      <w:proofErr w:type="gramEnd"/>
      <w:r>
        <w:t>. A permit must be obtained before commencing any work within the Town of Nashville road right-of-way. Attach all required documents and drawings.</w:t>
      </w:r>
    </w:p>
    <w:p w14:paraId="0F27E56F" w14:textId="77777777" w:rsidR="00801BBA" w:rsidRDefault="00C9349A">
      <w:pPr>
        <w:pStyle w:val="Heading2"/>
      </w:pPr>
      <w:r>
        <w:t>1. Applicant Information</w:t>
      </w:r>
    </w:p>
    <w:p w14:paraId="08997A38" w14:textId="77777777" w:rsidR="00801BBA" w:rsidRDefault="00C9349A">
      <w:r>
        <w:t>Company/Contractor Name: __________________________________________</w:t>
      </w:r>
    </w:p>
    <w:p w14:paraId="02F25960" w14:textId="77777777" w:rsidR="00801BBA" w:rsidRDefault="00C9349A">
      <w:r>
        <w:t>Address: _________________________________________________________</w:t>
      </w:r>
    </w:p>
    <w:p w14:paraId="265B7B5A" w14:textId="77777777" w:rsidR="00801BBA" w:rsidRDefault="00C9349A">
      <w:r>
        <w:t>Contact Person: _______________________ Phone: _____________________</w:t>
      </w:r>
    </w:p>
    <w:p w14:paraId="1E97E1C3" w14:textId="77777777" w:rsidR="00801BBA" w:rsidRDefault="00C9349A">
      <w:r>
        <w:t>Email: ___________________________________________________________</w:t>
      </w:r>
    </w:p>
    <w:p w14:paraId="43BCAF33" w14:textId="77777777" w:rsidR="00801BBA" w:rsidRDefault="00C9349A">
      <w:pPr>
        <w:pStyle w:val="Heading2"/>
      </w:pPr>
      <w:r>
        <w:t>2. Description of Work</w:t>
      </w:r>
    </w:p>
    <w:p w14:paraId="3899FFF2" w14:textId="77777777" w:rsidR="00801BBA" w:rsidRDefault="00C9349A">
      <w:r>
        <w:t>Type of Utility (e.g., Water, Sewer, Electric, Telecom): ______________________</w:t>
      </w:r>
    </w:p>
    <w:p w14:paraId="06FCC2EE" w14:textId="77777777" w:rsidR="00801BBA" w:rsidRDefault="00C9349A">
      <w:r>
        <w:t>Description of Work to be Performed: ____________________________________</w:t>
      </w:r>
    </w:p>
    <w:p w14:paraId="29CEDA09" w14:textId="77777777" w:rsidR="00801BBA" w:rsidRDefault="00C9349A">
      <w:r>
        <w:t>_____________________________________________________________________</w:t>
      </w:r>
    </w:p>
    <w:p w14:paraId="7F8F603C" w14:textId="66BBF673" w:rsidR="00801BBA" w:rsidRDefault="00C9349A">
      <w:r>
        <w:t>Work Location</w:t>
      </w:r>
      <w:r w:rsidR="00F154CE">
        <w:t xml:space="preserve"> with road names</w:t>
      </w:r>
      <w:r>
        <w:t xml:space="preserve"> (Attach Map or Site Plan): _________________________________</w:t>
      </w:r>
    </w:p>
    <w:p w14:paraId="3A6BDD40" w14:textId="77777777" w:rsidR="00801BBA" w:rsidRDefault="00C9349A">
      <w:r>
        <w:t>Proposed Start Date: ________________ Completion Date: _________________</w:t>
      </w:r>
    </w:p>
    <w:p w14:paraId="5713B90A" w14:textId="77777777" w:rsidR="00801BBA" w:rsidRDefault="00C9349A">
      <w:pPr>
        <w:pStyle w:val="Heading2"/>
      </w:pPr>
      <w:r>
        <w:t>3. Traffic Control and Restoration</w:t>
      </w:r>
    </w:p>
    <w:p w14:paraId="2AAE97D7" w14:textId="77777777" w:rsidR="00801BBA" w:rsidRDefault="00C9349A">
      <w:r>
        <w:t>Describe Proposed Traffic Control Measures (Attach Plan if Necessary):</w:t>
      </w:r>
    </w:p>
    <w:p w14:paraId="0703D978" w14:textId="77777777" w:rsidR="00801BBA" w:rsidRDefault="00C9349A">
      <w:r>
        <w:t>_____________________________________________________________________</w:t>
      </w:r>
    </w:p>
    <w:p w14:paraId="39BA7336" w14:textId="77777777" w:rsidR="00801BBA" w:rsidRDefault="00C9349A">
      <w:r>
        <w:t>Describe How the ROW Will Be Restored (Surface, Ditches, Vegetation, etc.):</w:t>
      </w:r>
    </w:p>
    <w:p w14:paraId="40E2B54F" w14:textId="77777777" w:rsidR="00801BBA" w:rsidRDefault="00C9349A">
      <w:r>
        <w:t>_____________________________________________________________________</w:t>
      </w:r>
    </w:p>
    <w:p w14:paraId="5452779B" w14:textId="77777777" w:rsidR="00801BBA" w:rsidRDefault="00C9349A">
      <w:pPr>
        <w:pStyle w:val="Heading2"/>
      </w:pPr>
      <w:r>
        <w:t>4. Attachments Required</w:t>
      </w:r>
    </w:p>
    <w:p w14:paraId="7AC36253" w14:textId="77777777" w:rsidR="00801BBA" w:rsidRDefault="00C9349A">
      <w:proofErr w:type="gramStart"/>
      <w:r>
        <w:t>[ ]</w:t>
      </w:r>
      <w:proofErr w:type="gramEnd"/>
      <w:r>
        <w:t xml:space="preserve"> Site Plan or Map of Proposed Work Area</w:t>
      </w:r>
    </w:p>
    <w:p w14:paraId="34A0155F" w14:textId="77777777" w:rsidR="00801BBA" w:rsidRDefault="00C9349A">
      <w:proofErr w:type="gramStart"/>
      <w:r>
        <w:t>[ ]</w:t>
      </w:r>
      <w:proofErr w:type="gramEnd"/>
      <w:r>
        <w:t xml:space="preserve"> Certificate of Insurance</w:t>
      </w:r>
    </w:p>
    <w:p w14:paraId="7C60A3DE" w14:textId="77777777" w:rsidR="00801BBA" w:rsidRDefault="00C9349A">
      <w:proofErr w:type="gramStart"/>
      <w:r>
        <w:t>[ ]</w:t>
      </w:r>
      <w:proofErr w:type="gramEnd"/>
      <w:r>
        <w:t xml:space="preserve"> Performance Bond (if required)</w:t>
      </w:r>
    </w:p>
    <w:p w14:paraId="227B6AFE" w14:textId="77777777" w:rsidR="00801BBA" w:rsidRDefault="00C9349A">
      <w:proofErr w:type="gramStart"/>
      <w:r>
        <w:t>[ ]</w:t>
      </w:r>
      <w:proofErr w:type="gramEnd"/>
      <w:r>
        <w:t xml:space="preserve"> Traffic Control Plan (if required)</w:t>
      </w:r>
    </w:p>
    <w:p w14:paraId="73C4691D" w14:textId="6495F706" w:rsidR="00801BBA" w:rsidRDefault="00C9349A">
      <w:proofErr w:type="gramStart"/>
      <w:r>
        <w:lastRenderedPageBreak/>
        <w:t>[ ]</w:t>
      </w:r>
      <w:proofErr w:type="gramEnd"/>
      <w:r>
        <w:t xml:space="preserve"> Permit Fee</w:t>
      </w:r>
      <w:r w:rsidR="003C26E7">
        <w:t xml:space="preserve"> $</w:t>
      </w:r>
      <w:r w:rsidR="00E92A86">
        <w:t>___________________</w:t>
      </w:r>
      <w:r>
        <w:t xml:space="preserve"> (Check payable to Town of Nashville</w:t>
      </w:r>
      <w:r w:rsidR="00D85D58">
        <w:t>. 4265 State Hwy 55, Crandon, WI.  54520</w:t>
      </w:r>
      <w:r>
        <w:t>)</w:t>
      </w:r>
    </w:p>
    <w:p w14:paraId="35E9B28B" w14:textId="41E2C37F" w:rsidR="00C85405" w:rsidRDefault="00D85D58">
      <w:r>
        <w:t xml:space="preserve">FEES:   </w:t>
      </w:r>
      <w:r w:rsidR="00C85405">
        <w:t>$25.00 per drop or $300.00 per Town Road submitted with the application.</w:t>
      </w:r>
    </w:p>
    <w:p w14:paraId="51016B61" w14:textId="77777777" w:rsidR="00801BBA" w:rsidRDefault="00C9349A">
      <w:pPr>
        <w:pStyle w:val="Heading2"/>
      </w:pPr>
      <w:r>
        <w:t>5. Certification by Applicant</w:t>
      </w:r>
    </w:p>
    <w:p w14:paraId="3E814D2B" w14:textId="77777777" w:rsidR="00801BBA" w:rsidRDefault="00C9349A">
      <w:r>
        <w:t>I certify that the information provided is true and accurate to the best of my knowledge. I agree to comply with all Town of Nashville ordinances, standards, and permit conditions.</w:t>
      </w:r>
    </w:p>
    <w:p w14:paraId="017A37CD" w14:textId="77777777" w:rsidR="00801BBA" w:rsidRDefault="00C9349A">
      <w:r>
        <w:t>Signature: ____________________________ Date: _________________________</w:t>
      </w:r>
    </w:p>
    <w:p w14:paraId="48BB6A65" w14:textId="77777777" w:rsidR="00801BBA" w:rsidRDefault="00C9349A">
      <w:r>
        <w:t>Name (Print</w:t>
      </w:r>
      <w:proofErr w:type="gramStart"/>
      <w:r>
        <w:t>): _</w:t>
      </w:r>
      <w:proofErr w:type="gramEnd"/>
      <w:r>
        <w:t>_________________________ Title: __________________________</w:t>
      </w:r>
    </w:p>
    <w:p w14:paraId="58ED8400" w14:textId="77777777" w:rsidR="00801BBA" w:rsidRDefault="00C9349A">
      <w:pPr>
        <w:pStyle w:val="Heading2"/>
      </w:pPr>
      <w:r>
        <w:t>6. For Town Use Only</w:t>
      </w:r>
    </w:p>
    <w:p w14:paraId="2AEDDB1A" w14:textId="77777777" w:rsidR="00801BBA" w:rsidRDefault="00C9349A">
      <w:r>
        <w:t>Date Received: _______________</w:t>
      </w:r>
    </w:p>
    <w:p w14:paraId="01FB4BE4" w14:textId="77777777" w:rsidR="00801BBA" w:rsidRDefault="00C9349A">
      <w:r>
        <w:t>Permit Number: _______________</w:t>
      </w:r>
    </w:p>
    <w:p w14:paraId="209B1C55" w14:textId="77777777" w:rsidR="00801BBA" w:rsidRDefault="00C9349A">
      <w:r>
        <w:t>Fee Paid: _____________________</w:t>
      </w:r>
    </w:p>
    <w:p w14:paraId="799AACB0" w14:textId="77777777" w:rsidR="00801BBA" w:rsidRDefault="00C9349A">
      <w:r>
        <w:t>Approved By: __________________________ Date: ___________________</w:t>
      </w:r>
    </w:p>
    <w:p w14:paraId="3DDFDB8A" w14:textId="77777777" w:rsidR="00801BBA" w:rsidRDefault="00C9349A">
      <w:r>
        <w:t>Conditions of Approval: ________________________________________________</w:t>
      </w:r>
    </w:p>
    <w:p w14:paraId="4FF623DC" w14:textId="77777777" w:rsidR="00801BBA" w:rsidRDefault="00C9349A">
      <w:r>
        <w:t>_____________________________________________________________________</w:t>
      </w:r>
    </w:p>
    <w:sectPr w:rsidR="00801BB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20004922">
    <w:abstractNumId w:val="8"/>
  </w:num>
  <w:num w:numId="2" w16cid:durableId="445462730">
    <w:abstractNumId w:val="6"/>
  </w:num>
  <w:num w:numId="3" w16cid:durableId="1459839864">
    <w:abstractNumId w:val="5"/>
  </w:num>
  <w:num w:numId="4" w16cid:durableId="105277570">
    <w:abstractNumId w:val="4"/>
  </w:num>
  <w:num w:numId="5" w16cid:durableId="794906903">
    <w:abstractNumId w:val="7"/>
  </w:num>
  <w:num w:numId="6" w16cid:durableId="1865902866">
    <w:abstractNumId w:val="3"/>
  </w:num>
  <w:num w:numId="7" w16cid:durableId="969550157">
    <w:abstractNumId w:val="2"/>
  </w:num>
  <w:num w:numId="8" w16cid:durableId="926498599">
    <w:abstractNumId w:val="1"/>
  </w:num>
  <w:num w:numId="9" w16cid:durableId="130832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C23E2"/>
    <w:rsid w:val="0029639D"/>
    <w:rsid w:val="00326F90"/>
    <w:rsid w:val="003646D8"/>
    <w:rsid w:val="003C26E7"/>
    <w:rsid w:val="004C4EEF"/>
    <w:rsid w:val="005C7DDF"/>
    <w:rsid w:val="005C7F08"/>
    <w:rsid w:val="006C579E"/>
    <w:rsid w:val="00801BBA"/>
    <w:rsid w:val="00AA1D8D"/>
    <w:rsid w:val="00B47730"/>
    <w:rsid w:val="00C85405"/>
    <w:rsid w:val="00C9349A"/>
    <w:rsid w:val="00CB0664"/>
    <w:rsid w:val="00D652D4"/>
    <w:rsid w:val="00D85D58"/>
    <w:rsid w:val="00DF5E7E"/>
    <w:rsid w:val="00E92A86"/>
    <w:rsid w:val="00F03645"/>
    <w:rsid w:val="00F154C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2BF274"/>
  <w14:defaultImageDpi w14:val="300"/>
  <w15:docId w15:val="{C00C232F-D890-4296-A01D-A8851F4D7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Sandy Town of Nashville nashville</cp:lastModifiedBy>
  <cp:revision>2</cp:revision>
  <cp:lastPrinted>2025-10-14T17:45:00Z</cp:lastPrinted>
  <dcterms:created xsi:type="dcterms:W3CDTF">2025-10-20T15:57:00Z</dcterms:created>
  <dcterms:modified xsi:type="dcterms:W3CDTF">2025-10-20T15:57:00Z</dcterms:modified>
  <cp:category/>
</cp:coreProperties>
</file>